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drawing>
          <wp:inline xmlns:a="http://schemas.openxmlformats.org/drawingml/2006/main" xmlns:pic="http://schemas.openxmlformats.org/drawingml/2006/picture">
            <wp:extent cx="2377440" cy="418932"/>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2377440" cy="418932"/>
                    </a:xfrm>
                    <a:prstGeom prst="rect"/>
                  </pic:spPr>
                </pic:pic>
              </a:graphicData>
            </a:graphic>
          </wp:inline>
        </w:drawing>
      </w:r>
    </w:p>
    <w:p>
      <w:pPr>
        <w:pStyle w:val="Title"/>
      </w:pPr>
      <w:r>
        <w:t>2026–27 Annual Charter School Assurances</w:t>
      </w:r>
    </w:p>
    <w:p>
      <w:pPr>
        <w:keepLines/>
      </w:pPr>
      <w:r>
        <w:t>The following assurances must be signed by all operational charter schools annually. Type text responses where indicated. If there is not a relevant response to a prompt for your school, enter “None” or “N/A” instead of leaving a space blank. Signatures at the bottom of the form provide certification of all assurances contained in the text of the document. Please submit policies related to Assurances 3, 4, 7, 8, and 9 as attachments with this form.</w:t>
      </w:r>
    </w:p>
    <w:p>
      <w:pPr>
        <w:keepLines/>
      </w:pPr>
      <w:r>
        <w:t>1. I assure that the charter school has looked for facilities that comply with Minnesota Statutes 2025, section 124E.13, subdivision 1 and Minnesota Statutes 2025, section 124E.03, subdivision 2(a).</w:t>
      </w:r>
    </w:p>
    <w:p>
      <w:pPr>
        <w:keepNext/>
        <w:keepLines/>
      </w:pPr>
      <w:r>
        <w:t>a. Is the lease with a sectarian organization?</w:t>
      </w:r>
    </w:p>
    <w:p>
      <w:pPr>
        <w:keepLines/>
        <w:spacing w:after="220"/>
        <w:ind w:left="504"/>
      </w:pPr>
      <w:r>
        <w:t>[ ] Yes     [X] No</w:t>
      </w:r>
    </w:p>
    <w:p>
      <w:pPr>
        <w:keepLines/>
      </w:pPr>
      <w:r>
        <w:t>b. If yes, I assure students at the charter school are screened from any involvement with or exposure to any of the sectarian organization’s religious activities occurring on school property during the school day or during school-sponsored events.</w:t>
      </w:r>
    </w:p>
    <w:p>
      <w:pPr>
        <w:keepNext/>
        <w:keepLines/>
      </w:pPr>
      <w:r>
        <w:t>A. Identify any involvement of any of the charter school’s school directors, administrators, or teachers in the sectarian organization. Provide your response in the space below.</w:t>
      </w:r>
    </w:p>
    <w:p>
      <w:pPr>
        <w:keepLines/>
        <w:spacing w:after="220"/>
        <w:ind w:left="504"/>
      </w:pPr>
      <w:r>
        <w:t>N/A</w:t>
      </w:r>
    </w:p>
    <w:p>
      <w:pPr>
        <w:keepNext/>
        <w:keepLines/>
      </w:pPr>
      <w:r>
        <w:t>B. Identify any telephone or fax numbers, email addresses, employer identification numbers, and employees that the charter school shares with the sectarian organization. Provide your response in the space below.</w:t>
      </w:r>
    </w:p>
    <w:p>
      <w:pPr>
        <w:keepLines/>
        <w:spacing w:after="220"/>
        <w:ind w:left="504"/>
      </w:pPr>
      <w:r>
        <w:t>N/A</w:t>
      </w:r>
    </w:p>
    <w:p>
      <w:pPr>
        <w:keepNext/>
        <w:keepLines/>
      </w:pPr>
      <w:r>
        <w:t>C. Identify and describe any activities by the sectarian organization in support of your school, including but not limited to fundraising, student recruitment, promotion, any claimed affiliation with your school and sponsorship of school programs or events. Provide your response in the space below.</w:t>
      </w:r>
    </w:p>
    <w:p>
      <w:pPr>
        <w:keepLines/>
        <w:spacing w:after="220"/>
        <w:ind w:left="504"/>
      </w:pPr>
      <w:r>
        <w:t>N/A</w:t>
      </w:r>
    </w:p>
    <w:p>
      <w:pPr>
        <w:keepLines/>
      </w:pPr>
      <w:r>
        <w:t>2. I assure that the charter school has taken steps to maintain nonsectarian school facilities in compliance with Minnesota Statutes 2025, section 124E.06, subdivision 3(c).</w:t>
      </w:r>
    </w:p>
    <w:p>
      <w:pPr>
        <w:keepNext/>
        <w:keepLines/>
      </w:pPr>
      <w:r>
        <w:t>a. Apart from items displayed only during the meetings of after-school student-only clubs, identify and describe all religious texts, symbols, quotations, or objects displayed at your school facilities on school days. Provide your response in the space below.</w:t>
      </w:r>
    </w:p>
    <w:p>
      <w:pPr>
        <w:keepLines/>
        <w:spacing w:after="220"/>
        <w:ind w:left="504"/>
      </w:pPr>
      <w:r>
        <w:t>N/A</w:t>
      </w:r>
    </w:p>
    <w:p>
      <w:r>
        <w:br w:type="page"/>
      </w:r>
    </w:p>
    <w:p>
      <w:pPr>
        <w:keepNext/>
        <w:keepLines/>
      </w:pPr>
      <w:r>
        <w:t>b. If religious texts or multiple substantive quotations from religious texts are used in any classes or teaching materials other than in survey classes that teach about multiple religions, describe the texts or materials and quotations. Provide your response in the space below.</w:t>
      </w:r>
    </w:p>
    <w:p>
      <w:pPr>
        <w:keepLines/>
        <w:spacing w:after="220"/>
        <w:ind w:left="504"/>
      </w:pPr>
      <w:r>
        <w:t>N/A</w:t>
      </w:r>
    </w:p>
    <w:p>
      <w:pPr>
        <w:keepNext/>
        <w:keepLines/>
      </w:pPr>
      <w:r>
        <w:t>c. Describe all prayers, calls to prayers, invocations, readings of religious texts, and religious greetings that have been delivered in connection with school activities. Provide your response in the space below.</w:t>
      </w:r>
    </w:p>
    <w:p>
      <w:pPr>
        <w:keepLines/>
        <w:spacing w:after="220"/>
        <w:ind w:left="504"/>
      </w:pPr>
      <w:r>
        <w:t>N/A</w:t>
      </w:r>
    </w:p>
    <w:p>
      <w:pPr>
        <w:keepLines/>
      </w:pPr>
      <w:r>
        <w:t>3. I assure that the charter school has a board-adopted religious accommodation policy that accords equal treatment of and access to all religions. Attach the most recent version of the policy.</w:t>
      </w:r>
    </w:p>
    <w:p>
      <w:pPr>
        <w:keepLines/>
      </w:pPr>
      <w:r>
        <w:t>4. I assure that if the charter school allows religious or other activities on school property during non-instructional time, there is a board-adopted policy allowing equal access to all groups and that such access otherwise complies with Minnesota Statutes 2025, section 124E.06, subdivision 3(c). Attach the most recent version of the policy.</w:t>
      </w:r>
    </w:p>
    <w:p>
      <w:pPr>
        <w:keepLines/>
      </w:pPr>
      <w:r>
        <w:t>5. I assure that the charter school does not involve itself in religious activities, consistent with Minnesota Statutes 2025, section 124E.06, subdivision 3(c), including by recruiting employees, parents or other volunteers for such activities.</w:t>
      </w:r>
    </w:p>
    <w:p>
      <w:pPr>
        <w:keepNext/>
        <w:keepLines/>
      </w:pPr>
      <w:r>
        <w:t>a. If you have not already done so in Assurance 1(b), identify any telephone or fax numbers, email addresses, employer identification numbers, and employees that the charter school shares with any sectarian organization. Provide your response in the space below.</w:t>
      </w:r>
    </w:p>
    <w:p>
      <w:pPr>
        <w:keepLines/>
        <w:spacing w:after="220"/>
        <w:ind w:left="504"/>
      </w:pPr>
      <w:r>
        <w:t>N/A</w:t>
      </w:r>
    </w:p>
    <w:p>
      <w:pPr>
        <w:keepNext/>
        <w:keepLines/>
      </w:pPr>
      <w:r>
        <w:t>b. If you have not already done so in Assurance 1(c), identify and describe any activities by sectarian organizations in support of your school, including but not limited to fundraising, student recruitment, promotion, any claimed affiliation with your school and sponsorship of school programs or events. Provide your response in the space below.</w:t>
      </w:r>
    </w:p>
    <w:p>
      <w:pPr>
        <w:keepLines/>
        <w:spacing w:after="220"/>
        <w:ind w:left="504"/>
      </w:pPr>
      <w:r>
        <w:t>N/A</w:t>
      </w:r>
    </w:p>
    <w:p>
      <w:pPr>
        <w:keepNext/>
        <w:keepLines/>
      </w:pPr>
      <w:r>
        <w:t>c. Identify and describe any instance in which your school took the religion of an individual into account in (a) the hiring, firing, discipline or assignment of your faculty, staff, vendors, or contractors; (b) the recruitment, admission or discipline of students; or (c) decisions regarding the resources made available to student groups. Provide your response in the space below.</w:t>
      </w:r>
    </w:p>
    <w:p>
      <w:pPr>
        <w:keepLines/>
        <w:spacing w:after="220"/>
        <w:ind w:left="504"/>
      </w:pPr>
      <w:r>
        <w:t>N/A</w:t>
      </w:r>
    </w:p>
    <w:p>
      <w:pPr>
        <w:keepLines/>
      </w:pPr>
      <w:r>
        <w:t>6. I assure that food served at the charter school satisfies applicable health and safety requirements, provides equal accommodations to all religions, and otherwise complies with Minnesota Statutes 2025, section 124E.03, subdivision 2(a).</w:t>
      </w:r>
    </w:p>
    <w:p>
      <w:pPr>
        <w:keepNext/>
        <w:keepLines/>
      </w:pPr>
      <w:r>
        <w:t>a. Describe any religious-based restrictions that your charter school places on the types of food that may be consumed on its premises. Provide your response in the space below.</w:t>
      </w:r>
    </w:p>
    <w:p>
      <w:pPr>
        <w:keepLines/>
        <w:spacing w:after="220"/>
        <w:ind w:left="504"/>
      </w:pPr>
      <w:r>
        <w:t>N/A</w:t>
      </w:r>
    </w:p>
    <w:p>
      <w:r>
        <w:br w:type="page"/>
      </w:r>
    </w:p>
    <w:p>
      <w:pPr>
        <w:keepLines/>
      </w:pPr>
      <w:r>
        <w:t>7. I assure that the charter school follows the state data practices law, consistent with Minnesota Statutes 2025, section 124E.03, subdivision 5, including regarding staff ability to report unethical or fraudulent actions of a charter where they work, and that the charter school’s board has attended trainings that include state data practices law. Attach the most recent version of the policy.</w:t>
      </w:r>
    </w:p>
    <w:p>
      <w:pPr>
        <w:keepNext/>
        <w:keepLines/>
      </w:pPr>
      <w:r>
        <w:t>a. Please list the dates that the trainings took place in the space below:</w:t>
      </w:r>
    </w:p>
    <w:p>
      <w:pPr>
        <w:keepLines/>
        <w:spacing w:after="220"/>
        <w:ind w:left="504"/>
      </w:pPr>
      <w:r>
        <w:t>September 29, 2026</w:t>
      </w:r>
    </w:p>
    <w:p>
      <w:pPr>
        <w:keepLines/>
      </w:pPr>
      <w:r>
        <w:t>8. I assure that, if the charter school has a waiting list for acceptance into the school, a lottery is conducted that does not select students based on religious preference and that the lottery otherwise complies with Minnesota Statutes 2025, section 124E.11. Attach the most recent version of the policy.</w:t>
      </w:r>
    </w:p>
    <w:p>
      <w:pPr>
        <w:keepLines/>
      </w:pPr>
      <w:r>
        <w:t>9. I assure that the charter school has a neutral dress code and/or uniform policy that does not promote a particular religion or particular religious customs and that the school does not, through its enforcement of dress code and/or uniform policy, restrict opportunity to participate in school activities. Attach the most recent version of such policy, if written, or a description of the policy if unwritten.</w:t>
      </w:r>
    </w:p>
    <w:p>
      <w:pPr>
        <w:pStyle w:val="Heading2"/>
        <w:keepLines/>
        <w:spacing w:before="160" w:after="140"/>
      </w:pPr>
      <w:r>
        <w:rPr>
          <w:sz w:val="24"/>
        </w:rPr>
        <w:t>Charter School Information</w:t>
      </w:r>
    </w:p>
    <w:p>
      <w:pPr>
        <w:keepLines/>
      </w:pPr>
      <w:r>
        <w:t>Name of Charter School:  STRIDE Academy</w:t>
      </w:r>
    </w:p>
    <w:p>
      <w:pPr>
        <w:keepLines/>
      </w:pPr>
      <w:r>
        <w:t>Charter Local Educational Agency (LEA) Number:  4142-07</w:t>
      </w:r>
    </w:p>
    <w:p>
      <w:pPr>
        <w:keepLines/>
      </w:pPr>
      <w:r>
        <w:t>Name of Charter School’s Authorizer:  Pillsbury United Communities</w:t>
      </w:r>
    </w:p>
    <w:p>
      <w:pPr>
        <w:pStyle w:val="Heading2"/>
        <w:keepLines/>
        <w:spacing w:before="160" w:after="140"/>
      </w:pPr>
      <w:r>
        <w:rPr>
          <w:sz w:val="24"/>
        </w:rPr>
        <w:t>Certification of Assurances by Director of Charter School</w:t>
      </w:r>
    </w:p>
    <w:p>
      <w:pPr>
        <w:keepLines/>
      </w:pPr>
      <w:r>
        <w:t>Printed Name:  Eric Skanson</w:t>
      </w:r>
    </w:p>
    <w:p>
      <w:pPr>
        <w:keepLines/>
      </w:pPr>
      <w:r>
        <w:t>Signature:  _______________________________________________________</w:t>
      </w:r>
    </w:p>
    <w:p>
      <w:pPr>
        <w:keepLines/>
      </w:pPr>
      <w:r>
        <w:t>Date:  ________________________</w:t>
      </w:r>
    </w:p>
    <w:p>
      <w:pPr>
        <w:pStyle w:val="Heading2"/>
        <w:keepLines/>
        <w:spacing w:before="160" w:after="140"/>
      </w:pPr>
      <w:r>
        <w:rPr>
          <w:sz w:val="24"/>
        </w:rPr>
        <w:t>Certification of Assurances by Board Chair of Charter School</w:t>
      </w:r>
    </w:p>
    <w:p>
      <w:pPr>
        <w:keepLines/>
      </w:pPr>
      <w:r>
        <w:t>Printed Name:  Tina Barak</w:t>
      </w:r>
    </w:p>
    <w:p>
      <w:pPr>
        <w:keepLines/>
      </w:pPr>
      <w:r>
        <w:t>Signature:  _______________________________________________________</w:t>
      </w:r>
    </w:p>
    <w:p>
      <w:pPr>
        <w:keepLines/>
      </w:pPr>
      <w:r>
        <w:t>Date:  ________________________</w:t>
      </w:r>
    </w:p>
    <w:sectPr w:rsidR="00FC693F" w:rsidRPr="0006063C" w:rsidSect="00034616">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Annual Charter School Assurances</dc:title>
  <dc:subject>STRIDE Academy completed unsigned form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